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לתופעות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סדר הקרות הדברים בסערת 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המילה המתאימה מתוך רשימת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לשמור על חום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את המשפט במילה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עגורים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האור מגיע מהר יותר מהקול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בחורף קר ולכן לובשים יותר בגדים כדי להתחמם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עגורים נודדים יחד בלהקות גדולות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שלג יורד בעיקר על הרים גבוהים כמו החרמון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(מים שיורדים מהעננים)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(אור חזק שמופיע בסערה)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(קול חזק אחרי הברק)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(כמה בגדים אחד על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(ציפורים גדולות שעפות בלהקה)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הסערה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השמיים מתכסים בעננים כהים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רואים ברק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שומעים רעם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מתחיל לרדת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לובשים בגדים חמים בכמה שכבות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תופעת חורף אחת בשלושה משפטים ברורים, עם פרטים חושיים (מראה, קול)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רואים ברק לפני ששומעים 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חום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 הרים גבוהים כמו החרמון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סערת חורף כדי לחזק את ההבנה של סדר הברק והרעם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המילים החדשות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להקריא את המשפטים שכתבו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על החורף. נלמד מה זה גשם, ברק, רעם ושלג, ונשלים משפטים.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שיורדים מהעננים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חזק שרואים בשמיים בסערה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חזק ששומעים אחרי הברק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בגדים שלובשים אחד על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עגורים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ציפורים גדולות שעפות בלהקה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גבישי קרח לבנים שיורדים כשקר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סערה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גשם חזק עם רוח ורעמים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מופיע ראשון בסערה?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יורד ומלא את הסכרים?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לובשים הרבה בגדים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להיראות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לשמור על חום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לשחק בחול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לראות ברקים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יורד על הר גבוה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השלימו את המשפט במילה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יורד __________ וממלא את הסכרים.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שומעים רעם, רואים בשמיים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הברק שומעים קול חזק שנקרא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להתחמם בחורף לובשים כמה __________ של בגדים.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מעלינו עפה להקה של __________ בדרכה הדרומה.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את הברק לפני ששומעים את הרעם.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אנשים לובשים פחות בגדים כדי להתקרר.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עגורים הן ציפורים שעפות בלהקה בחורף.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שלג יורד בכל הארץ באותה מידה בחורף.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כמה בגדים אחד על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ציפורים גדולות שעפות בלהקה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אור חזק שמופיע בסערה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שכבות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קול חזק אחרי הברק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מים שיורדים מהעננים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הסערה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שומעים רעם 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לובשים בגדים חמים בכמה שכבות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ברק בשמיים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השמיים מתכסים בעננים כהים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 לרדת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תופעת חורף אחת (גשם, ברק, רעם, שלג או עגורים) וכתבו שלושה משפטים על איך היא נראית ונשמעת.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רואים קודם – ברק או 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לובשים כמה שכבות בגדים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בארץ אפשר לראות שלג?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