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לתופעות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סדר הקרות הדברים בסערת 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עם המילה המתאימה מתוך רשימת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לשמור על חום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את המשפט במילה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שכבות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עגורים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האור מגיע מהר יותר מהקול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בחורף קר ולכן לובשים יותר בגדים כדי להתחמם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עגורים נודדים יחד בלהקות גדולות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שלג יורד בעיקר על הרים גבוהים כמו החרמון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(מים שיורדים מהעננים)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(אור חזק שמופיע בסערה)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(קול חזק אחרי הברק)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(כמה בגדים אחד על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(ציפורים גדולות שעפות בלהקה)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הסערה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השמיים מתכסים בעננים כהים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רואים ברק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שומעים רעם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מתחיל לרדת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לובשים בגדים חמים בכמה שכבות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מתאר תופעת חורף אחת בשלושה משפטים ברורים, עם פרטים חושיים (מראה, קול)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רואים ברק לפני ששומעים רעם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חום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 הרים גבוהים כמו החרמון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סערת חורף כדי לחזק את ההבנה של סדר הברק והרעם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המילים החדשות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להקריא את המשפטים שכתבו בפני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תופעות של עונת החורף כמו גשם, ברק, רעם ושלג, ונתרגל להשלים משפטים עם המילה הנכונה.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רואים קודם בסערת 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מתאימה למשפט: 'בחורף יורד ___ וממלא את הסכרים'?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אנשים לובשים כמה בגדים אחד על השני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להיראות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לשמור על חום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לשחק בחול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לראות ברקים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תופעה מופיעה בעיקר על הרים גבוהים כמו החרמון?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השלימו את המשפט במילה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יורד __________ וממלא את הסכרים.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שומעים רעם, רואים בשמיים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הברק שומעים קול חזק שנקרא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להתחמם בחורף לובשים כמה __________ של בגדים.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מעלינו עפה להקה של __________ בדרכה הדרומה.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את הברק לפני ששומעים את הרעם.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אנשים לובשים פחות בגדים כדי להתקרר.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עגורים הן ציפורים שעפות בלהקה בחורף.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שלג יורד בכל הארץ באותה מידה בחורף.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כמה בגדים אחד על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קול חזק אחרי הברק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ציפורים גדולות שעפות בלהקה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שכבות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אור חזק שמופיע בסערה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מים שיורדים מהעננים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הסערה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לובשים בגדים חמים בכמה שכבות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 לרדת 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ברק בשמיים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השמיים מתכסים בעננים כהים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שומעים רעם חזק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תופעת חורף אחת (גשם, ברק, רעם, שלג או עגורים) וכתבו שלושה משפטים על איך היא נראית ונשמעת.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רואים קודם – ברק או 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לובשים כמה שכבות בגדים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בארץ אפשר לראות שלג?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